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B8509" w14:textId="77777777" w:rsidR="00214ECE" w:rsidRPr="00A617CB" w:rsidRDefault="00C5650C">
      <w:pPr>
        <w:spacing w:after="0"/>
        <w:jc w:val="center"/>
        <w:rPr>
          <w:sz w:val="26"/>
          <w:szCs w:val="26"/>
        </w:rPr>
      </w:pPr>
      <w:r w:rsidRPr="00A617CB">
        <w:rPr>
          <w:b/>
          <w:sz w:val="26"/>
          <w:szCs w:val="26"/>
        </w:rPr>
        <w:t>T.C.</w:t>
      </w:r>
    </w:p>
    <w:p w14:paraId="1C0B99D7" w14:textId="59B3C8AC" w:rsidR="00214ECE" w:rsidRPr="00A617CB" w:rsidRDefault="00EB3F38">
      <w:pPr>
        <w:spacing w:after="0"/>
        <w:jc w:val="center"/>
        <w:rPr>
          <w:sz w:val="26"/>
          <w:szCs w:val="26"/>
        </w:rPr>
      </w:pPr>
      <w:r>
        <w:rPr>
          <w:b/>
          <w:sz w:val="26"/>
          <w:szCs w:val="26"/>
        </w:rPr>
        <w:t>NECMETTİN ERBAKAN</w:t>
      </w:r>
      <w:r w:rsidR="00C5650C" w:rsidRPr="00A617CB">
        <w:rPr>
          <w:b/>
          <w:sz w:val="26"/>
          <w:szCs w:val="26"/>
        </w:rPr>
        <w:t xml:space="preserve"> ÜNİVERSİTESİ</w:t>
      </w:r>
      <w:r>
        <w:rPr>
          <w:b/>
          <w:sz w:val="26"/>
          <w:szCs w:val="26"/>
        </w:rPr>
        <w:t xml:space="preserve"> REKTÖRLÜĞÜNE</w:t>
      </w:r>
    </w:p>
    <w:p w14:paraId="04199258" w14:textId="1F4CB6E5" w:rsidR="00214ECE" w:rsidRDefault="00EB3F38">
      <w:pPr>
        <w:spacing w:after="280"/>
        <w:jc w:val="center"/>
        <w:rPr>
          <w:b/>
        </w:rPr>
      </w:pPr>
      <w:r>
        <w:rPr>
          <w:b/>
        </w:rPr>
        <w:t>(</w:t>
      </w:r>
      <w:proofErr w:type="spellStart"/>
      <w:r>
        <w:rPr>
          <w:b/>
        </w:rPr>
        <w:t>Personel</w:t>
      </w:r>
      <w:proofErr w:type="spellEnd"/>
      <w:r>
        <w:rPr>
          <w:b/>
        </w:rPr>
        <w:t xml:space="preserve"> Daire </w:t>
      </w:r>
      <w:proofErr w:type="spellStart"/>
      <w:r>
        <w:rPr>
          <w:b/>
        </w:rPr>
        <w:t>Başkanlığı</w:t>
      </w:r>
      <w:proofErr w:type="spellEnd"/>
      <w:r>
        <w:rPr>
          <w:b/>
        </w:rPr>
        <w:t>)</w:t>
      </w:r>
    </w:p>
    <w:p w14:paraId="7A87B0F2" w14:textId="77777777" w:rsidR="00EB3F38" w:rsidRDefault="00EB3F38">
      <w:pPr>
        <w:spacing w:after="280"/>
        <w:jc w:val="center"/>
      </w:pPr>
    </w:p>
    <w:p w14:paraId="43F6D619" w14:textId="77777777" w:rsidR="00EB3F38" w:rsidRDefault="00EB3F38">
      <w:pPr>
        <w:spacing w:after="280"/>
        <w:rPr>
          <w:b/>
        </w:rPr>
      </w:pPr>
    </w:p>
    <w:p w14:paraId="640FE726" w14:textId="3768A10A" w:rsidR="00214ECE" w:rsidRDefault="00C5650C">
      <w:pPr>
        <w:spacing w:after="280"/>
      </w:pPr>
      <w:proofErr w:type="spellStart"/>
      <w:r>
        <w:rPr>
          <w:b/>
        </w:rPr>
        <w:t>Konu</w:t>
      </w:r>
      <w:proofErr w:type="spellEnd"/>
      <w:r>
        <w:rPr>
          <w:b/>
        </w:rPr>
        <w:t xml:space="preserve">: </w:t>
      </w:r>
      <w:r>
        <w:t xml:space="preserve">Karşılıklı </w:t>
      </w:r>
      <w:proofErr w:type="spellStart"/>
      <w:r>
        <w:t>Naklen</w:t>
      </w:r>
      <w:proofErr w:type="spellEnd"/>
      <w:r>
        <w:t xml:space="preserve"> </w:t>
      </w:r>
      <w:proofErr w:type="spellStart"/>
      <w:r>
        <w:t>Atanma</w:t>
      </w:r>
      <w:proofErr w:type="spellEnd"/>
      <w:r>
        <w:t xml:space="preserve"> Talebi</w:t>
      </w:r>
    </w:p>
    <w:p w14:paraId="44A98BE5" w14:textId="77777777" w:rsidR="00EB3F38" w:rsidRDefault="00EB3F38">
      <w:pPr>
        <w:spacing w:after="280"/>
      </w:pPr>
    </w:p>
    <w:p w14:paraId="51238AF3" w14:textId="77777777" w:rsidR="00214ECE" w:rsidRDefault="00C5650C" w:rsidP="00EB3F38">
      <w:pPr>
        <w:spacing w:after="280"/>
        <w:ind w:firstLine="720"/>
        <w:jc w:val="both"/>
      </w:pPr>
      <w:proofErr w:type="spellStart"/>
      <w:r>
        <w:t>Yükseköğretim</w:t>
      </w:r>
      <w:proofErr w:type="spellEnd"/>
      <w:r>
        <w:t xml:space="preserve"> </w:t>
      </w:r>
      <w:proofErr w:type="spellStart"/>
      <w:r>
        <w:t>Kurulu</w:t>
      </w:r>
      <w:proofErr w:type="spellEnd"/>
      <w:r>
        <w:t xml:space="preserve"> </w:t>
      </w:r>
      <w:proofErr w:type="spellStart"/>
      <w:r>
        <w:t>Başkanlığı</w:t>
      </w:r>
      <w:proofErr w:type="spellEnd"/>
      <w:r>
        <w:t xml:space="preserve"> </w:t>
      </w:r>
      <w:proofErr w:type="spellStart"/>
      <w:r>
        <w:t>Personel</w:t>
      </w:r>
      <w:proofErr w:type="spellEnd"/>
      <w:r>
        <w:t xml:space="preserve"> Bilgi Sistemi (PBS) </w:t>
      </w:r>
      <w:proofErr w:type="spellStart"/>
      <w:r>
        <w:t>üzerinden</w:t>
      </w:r>
      <w:proofErr w:type="spellEnd"/>
      <w:r>
        <w:t xml:space="preserve"> </w:t>
      </w:r>
      <w:proofErr w:type="spellStart"/>
      <w:r>
        <w:t>gerçekleştirilen</w:t>
      </w:r>
      <w:proofErr w:type="spellEnd"/>
      <w:r>
        <w:t xml:space="preserve"> </w:t>
      </w:r>
      <w:proofErr w:type="spellStart"/>
      <w:r>
        <w:t>karşılıklı</w:t>
      </w:r>
      <w:proofErr w:type="spellEnd"/>
      <w:r>
        <w:t xml:space="preserve"> </w:t>
      </w:r>
      <w:proofErr w:type="spellStart"/>
      <w:r>
        <w:t>naklen</w:t>
      </w:r>
      <w:proofErr w:type="spellEnd"/>
      <w:r>
        <w:t xml:space="preserve"> </w:t>
      </w:r>
      <w:proofErr w:type="spellStart"/>
      <w:r>
        <w:t>atanma</w:t>
      </w:r>
      <w:proofErr w:type="spellEnd"/>
      <w:r>
        <w:t xml:space="preserve"> </w:t>
      </w:r>
      <w:proofErr w:type="spellStart"/>
      <w:r>
        <w:t>işlemleri</w:t>
      </w:r>
      <w:proofErr w:type="spellEnd"/>
      <w:r>
        <w:t xml:space="preserve"> </w:t>
      </w:r>
      <w:proofErr w:type="spellStart"/>
      <w:r>
        <w:t>kapsamında</w:t>
      </w:r>
      <w:proofErr w:type="spellEnd"/>
      <w:r>
        <w:t xml:space="preserve">, </w:t>
      </w:r>
      <w:proofErr w:type="spellStart"/>
      <w:r>
        <w:t>aşağıda</w:t>
      </w:r>
      <w:proofErr w:type="spellEnd"/>
      <w:r>
        <w:t xml:space="preserve"> </w:t>
      </w:r>
      <w:proofErr w:type="spellStart"/>
      <w:r>
        <w:t>belirtilen</w:t>
      </w:r>
      <w:proofErr w:type="spellEnd"/>
      <w:r>
        <w:t xml:space="preserve"> </w:t>
      </w:r>
      <w:proofErr w:type="spellStart"/>
      <w:r>
        <w:t>Üniversiteye</w:t>
      </w:r>
      <w:proofErr w:type="spellEnd"/>
      <w:r>
        <w:t xml:space="preserve"> </w:t>
      </w:r>
      <w:proofErr w:type="spellStart"/>
      <w:r>
        <w:t>naklen</w:t>
      </w:r>
      <w:proofErr w:type="spellEnd"/>
      <w:r>
        <w:t xml:space="preserve"> </w:t>
      </w:r>
      <w:proofErr w:type="spellStart"/>
      <w:r>
        <w:t>atanmak</w:t>
      </w:r>
      <w:proofErr w:type="spellEnd"/>
      <w:r>
        <w:t xml:space="preserve"> </w:t>
      </w:r>
      <w:proofErr w:type="spellStart"/>
      <w:r>
        <w:t>üzere</w:t>
      </w:r>
      <w:proofErr w:type="spellEnd"/>
      <w:r>
        <w:t xml:space="preserve"> </w:t>
      </w:r>
      <w:proofErr w:type="spellStart"/>
      <w:r>
        <w:t>eşleşmiş</w:t>
      </w:r>
      <w:proofErr w:type="spellEnd"/>
      <w:r>
        <w:t xml:space="preserve"> </w:t>
      </w:r>
      <w:proofErr w:type="spellStart"/>
      <w:r>
        <w:t>bulunmaktayım</w:t>
      </w:r>
      <w:proofErr w:type="spellEnd"/>
      <w:r>
        <w:t>.</w:t>
      </w:r>
    </w:p>
    <w:p w14:paraId="7E2C0D32" w14:textId="77777777" w:rsidR="00EB3F38" w:rsidRDefault="00EB3F38" w:rsidP="00EB3F38">
      <w:pPr>
        <w:spacing w:after="280"/>
        <w:ind w:firstLine="720"/>
        <w:jc w:val="both"/>
      </w:pPr>
    </w:p>
    <w:p w14:paraId="5B966691" w14:textId="77777777" w:rsidR="00214ECE" w:rsidRDefault="00C5650C" w:rsidP="00A617CB">
      <w:pPr>
        <w:spacing w:after="140" w:line="360" w:lineRule="auto"/>
      </w:pPr>
      <w:proofErr w:type="spellStart"/>
      <w:r>
        <w:rPr>
          <w:b/>
        </w:rPr>
        <w:t>Naklen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Atanmak</w:t>
      </w:r>
      <w:proofErr w:type="spellEnd"/>
      <w:r>
        <w:rPr>
          <w:b/>
        </w:rPr>
        <w:t xml:space="preserve"> İstediğim </w:t>
      </w:r>
      <w:proofErr w:type="spellStart"/>
      <w:r>
        <w:rPr>
          <w:b/>
        </w:rPr>
        <w:t>Üniversite</w:t>
      </w:r>
      <w:proofErr w:type="spellEnd"/>
      <w:r>
        <w:rPr>
          <w:b/>
        </w:rPr>
        <w:t xml:space="preserve">: </w:t>
      </w:r>
      <w:r>
        <w:t>....................................................................................................</w:t>
      </w:r>
    </w:p>
    <w:p w14:paraId="33E99DCC" w14:textId="77777777" w:rsidR="00214ECE" w:rsidRDefault="00C5650C" w:rsidP="00A617CB">
      <w:pPr>
        <w:spacing w:after="140" w:line="360" w:lineRule="auto"/>
      </w:pPr>
      <w:proofErr w:type="spellStart"/>
      <w:r>
        <w:rPr>
          <w:b/>
        </w:rPr>
        <w:t>Adı</w:t>
      </w:r>
      <w:proofErr w:type="spellEnd"/>
      <w:r>
        <w:rPr>
          <w:b/>
        </w:rPr>
        <w:t xml:space="preserve"> Soyadı: </w:t>
      </w:r>
      <w:r>
        <w:t>......................................................</w:t>
      </w:r>
    </w:p>
    <w:p w14:paraId="24575BC6" w14:textId="77777777" w:rsidR="00214ECE" w:rsidRDefault="00C5650C" w:rsidP="00A617CB">
      <w:pPr>
        <w:spacing w:after="140" w:line="360" w:lineRule="auto"/>
      </w:pPr>
      <w:r>
        <w:rPr>
          <w:b/>
        </w:rPr>
        <w:t xml:space="preserve">T.C. </w:t>
      </w:r>
      <w:proofErr w:type="spellStart"/>
      <w:r>
        <w:rPr>
          <w:b/>
        </w:rPr>
        <w:t>Kimlik</w:t>
      </w:r>
      <w:proofErr w:type="spellEnd"/>
      <w:r>
        <w:rPr>
          <w:b/>
        </w:rPr>
        <w:t xml:space="preserve"> No: </w:t>
      </w:r>
      <w:r>
        <w:t>......................................................</w:t>
      </w:r>
    </w:p>
    <w:p w14:paraId="46688B67" w14:textId="77777777" w:rsidR="00214ECE" w:rsidRDefault="00C5650C" w:rsidP="00A617CB">
      <w:pPr>
        <w:spacing w:after="140" w:line="360" w:lineRule="auto"/>
      </w:pPr>
      <w:r>
        <w:rPr>
          <w:b/>
        </w:rPr>
        <w:t xml:space="preserve">Görev </w:t>
      </w:r>
      <w:proofErr w:type="spellStart"/>
      <w:r>
        <w:rPr>
          <w:b/>
        </w:rPr>
        <w:t>Yaptığı</w:t>
      </w:r>
      <w:proofErr w:type="spellEnd"/>
      <w:r>
        <w:rPr>
          <w:b/>
        </w:rPr>
        <w:t xml:space="preserve"> Birim: </w:t>
      </w:r>
      <w:r>
        <w:t>......................................................</w:t>
      </w:r>
    </w:p>
    <w:p w14:paraId="33B8CB68" w14:textId="77777777" w:rsidR="00214ECE" w:rsidRDefault="00C5650C" w:rsidP="00A617CB">
      <w:pPr>
        <w:spacing w:after="140" w:line="360" w:lineRule="auto"/>
      </w:pPr>
      <w:proofErr w:type="spellStart"/>
      <w:r>
        <w:rPr>
          <w:b/>
        </w:rPr>
        <w:t>Ünvanı</w:t>
      </w:r>
      <w:proofErr w:type="spellEnd"/>
      <w:r>
        <w:rPr>
          <w:b/>
        </w:rPr>
        <w:t xml:space="preserve">: </w:t>
      </w:r>
      <w:r>
        <w:t>......................................................</w:t>
      </w:r>
    </w:p>
    <w:p w14:paraId="53601837" w14:textId="77777777" w:rsidR="00214ECE" w:rsidRDefault="00C5650C" w:rsidP="00A617CB">
      <w:pPr>
        <w:spacing w:before="160" w:after="400"/>
        <w:jc w:val="both"/>
      </w:pPr>
      <w:proofErr w:type="spellStart"/>
      <w:r>
        <w:t>Belirtilen</w:t>
      </w:r>
      <w:proofErr w:type="spellEnd"/>
      <w:r>
        <w:t xml:space="preserve"> </w:t>
      </w:r>
      <w:proofErr w:type="spellStart"/>
      <w:r>
        <w:t>Üniversiteye</w:t>
      </w:r>
      <w:proofErr w:type="spellEnd"/>
      <w:r>
        <w:t xml:space="preserve"> </w:t>
      </w:r>
      <w:proofErr w:type="spellStart"/>
      <w:r>
        <w:t>naklen</w:t>
      </w:r>
      <w:proofErr w:type="spellEnd"/>
      <w:r>
        <w:t xml:space="preserve"> </w:t>
      </w:r>
      <w:proofErr w:type="spellStart"/>
      <w:r>
        <w:t>atanmam</w:t>
      </w:r>
      <w:proofErr w:type="spellEnd"/>
      <w:r>
        <w:t xml:space="preserve"> </w:t>
      </w:r>
      <w:proofErr w:type="spellStart"/>
      <w:r>
        <w:t>için</w:t>
      </w:r>
      <w:proofErr w:type="spellEnd"/>
      <w:r>
        <w:t xml:space="preserve"> </w:t>
      </w:r>
      <w:proofErr w:type="spellStart"/>
      <w:r>
        <w:t>gerekli</w:t>
      </w:r>
      <w:proofErr w:type="spellEnd"/>
      <w:r>
        <w:t xml:space="preserve"> </w:t>
      </w:r>
      <w:proofErr w:type="spellStart"/>
      <w:r>
        <w:rPr>
          <w:b/>
        </w:rPr>
        <w:t>muvafakat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işlemlerinin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başlatılması</w:t>
      </w:r>
      <w:proofErr w:type="spellEnd"/>
      <w:r>
        <w:t xml:space="preserve"> </w:t>
      </w:r>
      <w:proofErr w:type="spellStart"/>
      <w:r>
        <w:t>hususunda</w:t>
      </w:r>
      <w:proofErr w:type="spellEnd"/>
      <w:r>
        <w:t xml:space="preserve"> </w:t>
      </w:r>
      <w:proofErr w:type="spellStart"/>
      <w:r>
        <w:t>gereğini</w:t>
      </w:r>
      <w:proofErr w:type="spellEnd"/>
      <w:r>
        <w:t xml:space="preserve"> </w:t>
      </w:r>
      <w:proofErr w:type="spellStart"/>
      <w:r>
        <w:t>arz</w:t>
      </w:r>
      <w:proofErr w:type="spellEnd"/>
      <w:r>
        <w:t xml:space="preserve"> </w:t>
      </w:r>
      <w:proofErr w:type="spellStart"/>
      <w:r>
        <w:t>ederim</w:t>
      </w:r>
      <w:proofErr w:type="spellEnd"/>
      <w:r>
        <w:t>.</w:t>
      </w:r>
    </w:p>
    <w:p w14:paraId="288DE21B" w14:textId="77777777" w:rsidR="00214ECE" w:rsidRDefault="00C5650C">
      <w:pPr>
        <w:spacing w:after="400"/>
        <w:jc w:val="right"/>
      </w:pPr>
      <w:r>
        <w:t>Tarih: ……/……/2026</w:t>
      </w:r>
    </w:p>
    <w:p w14:paraId="6627DD67" w14:textId="77777777" w:rsidR="00214ECE" w:rsidRDefault="00C5650C">
      <w:pPr>
        <w:spacing w:after="320"/>
        <w:jc w:val="right"/>
      </w:pPr>
      <w:proofErr w:type="spellStart"/>
      <w:r>
        <w:t>İmza</w:t>
      </w:r>
      <w:proofErr w:type="spellEnd"/>
      <w:r>
        <w:t>: ____________________</w:t>
      </w:r>
    </w:p>
    <w:sectPr w:rsidR="00214ECE" w:rsidSect="00034616">
      <w:pgSz w:w="12240" w:h="15840"/>
      <w:pgMar w:top="1247" w:right="1417" w:bottom="124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93131615">
    <w:abstractNumId w:val="8"/>
  </w:num>
  <w:num w:numId="2" w16cid:durableId="1503855262">
    <w:abstractNumId w:val="6"/>
  </w:num>
  <w:num w:numId="3" w16cid:durableId="370502401">
    <w:abstractNumId w:val="5"/>
  </w:num>
  <w:num w:numId="4" w16cid:durableId="1725375948">
    <w:abstractNumId w:val="4"/>
  </w:num>
  <w:num w:numId="5" w16cid:durableId="1591500246">
    <w:abstractNumId w:val="7"/>
  </w:num>
  <w:num w:numId="6" w16cid:durableId="704523941">
    <w:abstractNumId w:val="3"/>
  </w:num>
  <w:num w:numId="7" w16cid:durableId="1573421046">
    <w:abstractNumId w:val="2"/>
  </w:num>
  <w:num w:numId="8" w16cid:durableId="1518617356">
    <w:abstractNumId w:val="1"/>
  </w:num>
  <w:num w:numId="9" w16cid:durableId="193884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B1F2A"/>
    <w:rsid w:val="00214ECE"/>
    <w:rsid w:val="0029639D"/>
    <w:rsid w:val="00326F90"/>
    <w:rsid w:val="00633496"/>
    <w:rsid w:val="006E3EF8"/>
    <w:rsid w:val="009356EC"/>
    <w:rsid w:val="00A617CB"/>
    <w:rsid w:val="00AA1D8D"/>
    <w:rsid w:val="00B47730"/>
    <w:rsid w:val="00C5650C"/>
    <w:rsid w:val="00CB0664"/>
    <w:rsid w:val="00EB3F3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20AE29"/>
  <w14:defaultImageDpi w14:val="300"/>
  <w15:docId w15:val="{5C0D9F2F-5B66-4A74-95E5-421C22F1E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909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NEU</cp:lastModifiedBy>
  <cp:revision>3</cp:revision>
  <dcterms:created xsi:type="dcterms:W3CDTF">2026-09-11T06:42:00Z</dcterms:created>
  <dcterms:modified xsi:type="dcterms:W3CDTF">2026-09-11T06:44:00Z</dcterms:modified>
  <cp:category/>
</cp:coreProperties>
</file>